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FORMULÁRIO DE AUTODECLARAÇÃO E OPÇÃO POR RESERVA DE BOLSA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DOCENTES/PESQUISADORES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Processo Seletivo Simplificado - Edital nº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Projeto de Pesquisa “Elaboração de Relatórios Técnicos de Identificação e Delimitação Territorial, RTIDs, para a regularização fundiária de comunidades quilombolas em Pernambuco e Bahia”</w:t>
        <w:br w:type="textWrapping"/>
        <w:t xml:space="preserve">TED nº 231/2026/DQ-INCRA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_______________________________________________________, inscrito(a) no CPF nº _______________________, candidato(a) ao perfil de docente/pesquisador(a), declaro, para fins de participação no Processo Seletivo Simplificado - Edital nº 01/2026, que desejo concorrer às bolsas reservadas, na modalidade indicada abaixo:</w:t>
      </w:r>
      <w:r w:rsidDel="00000000" w:rsidR="00000000" w:rsidRPr="00000000">
        <w:rPr>
          <w:rtl w:val="0"/>
        </w:rPr>
      </w:r>
    </w:p>
    <w:tbl>
      <w:tblPr>
        <w:tblStyle w:val="Table1"/>
        <w:tblW w:w="97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"/>
        <w:gridCol w:w="8775"/>
        <w:tblGridChange w:id="0">
          <w:tblGrid>
            <w:gridCol w:w="975"/>
            <w:gridCol w:w="8775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Opção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Modalidade de reserva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Pessoa negra (preta ou parda)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Pessoa indígena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Pessoa quilombola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Pessoa com deficiência (PcD)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1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estar ciente de que a opção pela modalidade de reserva deve ser realizada no ato da inscrição, acompanhada, quando aplicável, da documentação comprobatória exigida no edital e anexada no sistema de inscrição, não sendo admitido pedido posterior de inclusão em modalidade de reserva.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Declaro, ainda, que as informações prestadas são verdadeiras e assumo inteira responsabilidade administrativa, civil e penal por eventual declaração falsa, omissão de informação relevante ou apresentação de documento inverídico.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ser expressão da verdade, firmo a presente declaração.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8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Local e 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8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12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930I6DG5TPwMw1YjpZeHAZjuBA==">CgMxLjA4AHIhMXM4YnFxSnowdjg0Z0M3MUhGTS1XRmVZVWhGWkUzRDZE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